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EBDFF" w14:textId="7F307395" w:rsidR="00B82538" w:rsidRDefault="00000000">
      <w:pPr>
        <w:jc w:val="right"/>
      </w:pPr>
      <w:proofErr w:type="spellStart"/>
      <w:r>
        <w:rPr>
          <w:rFonts w:ascii="游ゴシック" w:hAnsi="游ゴシック"/>
          <w:sz w:val="21"/>
        </w:rPr>
        <w:t>令和</w:t>
      </w:r>
      <w:proofErr w:type="spellEnd"/>
      <w:r>
        <w:rPr>
          <w:rFonts w:ascii="游ゴシック" w:hAnsi="游ゴシック"/>
          <w:sz w:val="21"/>
        </w:rPr>
        <w:t xml:space="preserve">　</w:t>
      </w:r>
      <w:r w:rsidR="00DB5CA9">
        <w:rPr>
          <w:rFonts w:ascii="游ゴシック" w:hAnsi="游ゴシック" w:hint="eastAsia"/>
          <w:sz w:val="21"/>
          <w:lang w:eastAsia="ja-JP"/>
        </w:rPr>
        <w:t xml:space="preserve">　</w:t>
      </w:r>
      <w:r>
        <w:rPr>
          <w:rFonts w:ascii="游ゴシック" w:hAnsi="游ゴシック"/>
          <w:sz w:val="21"/>
        </w:rPr>
        <w:t>年</w:t>
      </w:r>
      <w:r w:rsidR="00DB5CA9">
        <w:rPr>
          <w:rFonts w:ascii="游ゴシック" w:hAnsi="游ゴシック" w:hint="eastAsia"/>
          <w:sz w:val="21"/>
          <w:lang w:eastAsia="ja-JP"/>
        </w:rPr>
        <w:t xml:space="preserve">　</w:t>
      </w:r>
      <w:r>
        <w:rPr>
          <w:rFonts w:ascii="游ゴシック" w:hAnsi="游ゴシック"/>
          <w:sz w:val="21"/>
        </w:rPr>
        <w:t xml:space="preserve">　月　</w:t>
      </w:r>
      <w:r w:rsidR="00DB5CA9">
        <w:rPr>
          <w:rFonts w:ascii="游ゴシック" w:hAnsi="游ゴシック" w:hint="eastAsia"/>
          <w:sz w:val="21"/>
          <w:lang w:eastAsia="ja-JP"/>
        </w:rPr>
        <w:t xml:space="preserve">　</w:t>
      </w:r>
      <w:r>
        <w:rPr>
          <w:rFonts w:ascii="游ゴシック" w:hAnsi="游ゴシック"/>
          <w:sz w:val="21"/>
        </w:rPr>
        <w:t>日</w:t>
      </w:r>
    </w:p>
    <w:p w14:paraId="287BDF2B" w14:textId="77777777" w:rsidR="00B82538" w:rsidRDefault="00000000">
      <w:pPr>
        <w:spacing w:before="120" w:after="360"/>
        <w:jc w:val="center"/>
      </w:pPr>
      <w:r>
        <w:rPr>
          <w:rFonts w:ascii="游ゴシック" w:hAnsi="游ゴシック"/>
          <w:b/>
          <w:sz w:val="36"/>
        </w:rPr>
        <w:t xml:space="preserve">参　考　見　積　</w:t>
      </w:r>
      <w:proofErr w:type="spellStart"/>
      <w:r>
        <w:rPr>
          <w:rFonts w:ascii="游ゴシック" w:hAnsi="游ゴシック"/>
          <w:b/>
          <w:sz w:val="36"/>
        </w:rPr>
        <w:t>書（購入</w:t>
      </w:r>
      <w:proofErr w:type="spellEnd"/>
      <w:r>
        <w:rPr>
          <w:rFonts w:ascii="游ゴシック" w:hAnsi="游ゴシック"/>
          <w:b/>
          <w:sz w:val="36"/>
        </w:rPr>
        <w:t>）</w:t>
      </w:r>
    </w:p>
    <w:p w14:paraId="332D2E18" w14:textId="553680C0" w:rsidR="00B82538" w:rsidRDefault="00000000">
      <w:pPr>
        <w:rPr>
          <w:lang w:eastAsia="ja-JP"/>
        </w:rPr>
      </w:pPr>
      <w:r>
        <w:rPr>
          <w:rFonts w:ascii="游ゴシック" w:hAnsi="游ゴシック"/>
          <w:b/>
          <w:sz w:val="24"/>
          <w:lang w:eastAsia="ja-JP"/>
        </w:rPr>
        <w:t>西都市</w:t>
      </w:r>
      <w:r w:rsidR="00DB5CA9">
        <w:rPr>
          <w:rFonts w:ascii="游ゴシック" w:hAnsi="游ゴシック" w:hint="eastAsia"/>
          <w:b/>
          <w:sz w:val="24"/>
          <w:lang w:eastAsia="ja-JP"/>
        </w:rPr>
        <w:t>総務課秘書広報係</w:t>
      </w:r>
      <w:r>
        <w:rPr>
          <w:rFonts w:ascii="游ゴシック" w:hAnsi="游ゴシック"/>
          <w:b/>
          <w:sz w:val="24"/>
          <w:lang w:eastAsia="ja-JP"/>
        </w:rPr>
        <w:t xml:space="preserve">　宛</w:t>
      </w:r>
    </w:p>
    <w:p w14:paraId="674E0E68" w14:textId="26696EFF" w:rsidR="00B82538" w:rsidRDefault="00000000" w:rsidP="00DB5CA9">
      <w:pPr>
        <w:wordWrap w:val="0"/>
        <w:spacing w:after="240"/>
        <w:jc w:val="right"/>
        <w:rPr>
          <w:lang w:eastAsia="ja-JP"/>
        </w:rPr>
      </w:pPr>
      <w:r>
        <w:rPr>
          <w:rFonts w:ascii="游ゴシック" w:hAnsi="游ゴシック"/>
          <w:sz w:val="20"/>
          <w:lang w:eastAsia="ja-JP"/>
        </w:rPr>
        <w:t>見積提出者</w:t>
      </w:r>
      <w:r w:rsidR="00DB5CA9">
        <w:rPr>
          <w:rFonts w:ascii="游ゴシック" w:hAnsi="游ゴシック" w:hint="eastAsia"/>
          <w:sz w:val="20"/>
          <w:lang w:eastAsia="ja-JP"/>
        </w:rPr>
        <w:t xml:space="preserve">　　　　　　　　　　　　　　　　　</w:t>
      </w:r>
      <w:r>
        <w:rPr>
          <w:rFonts w:ascii="游ゴシック" w:hAnsi="游ゴシック"/>
          <w:sz w:val="20"/>
          <w:lang w:eastAsia="ja-JP"/>
        </w:rPr>
        <w:br/>
      </w:r>
      <w:r>
        <w:rPr>
          <w:rFonts w:ascii="游ゴシック" w:hAnsi="游ゴシック"/>
          <w:sz w:val="20"/>
          <w:lang w:eastAsia="ja-JP"/>
        </w:rPr>
        <w:t>所在地：</w:t>
      </w:r>
      <w:r w:rsidR="00DB5CA9">
        <w:rPr>
          <w:rFonts w:ascii="游ゴシック" w:hAnsi="游ゴシック" w:hint="eastAsia"/>
          <w:sz w:val="20"/>
          <w:lang w:eastAsia="ja-JP"/>
        </w:rPr>
        <w:t xml:space="preserve">　　　　　　　　　　　　　　</w:t>
      </w:r>
      <w:r>
        <w:rPr>
          <w:rFonts w:ascii="游ゴシック" w:hAnsi="游ゴシック"/>
          <w:sz w:val="20"/>
          <w:lang w:eastAsia="ja-JP"/>
        </w:rPr>
        <w:br/>
      </w:r>
      <w:r>
        <w:rPr>
          <w:rFonts w:ascii="游ゴシック" w:hAnsi="游ゴシック"/>
          <w:sz w:val="20"/>
          <w:lang w:eastAsia="ja-JP"/>
        </w:rPr>
        <w:t>商号又は名称：</w:t>
      </w:r>
      <w:r w:rsidR="00DB5CA9">
        <w:rPr>
          <w:rFonts w:ascii="游ゴシック" w:hAnsi="游ゴシック" w:hint="eastAsia"/>
          <w:sz w:val="20"/>
          <w:lang w:eastAsia="ja-JP"/>
        </w:rPr>
        <w:t xml:space="preserve">　　　　　　　　　　　　　　</w:t>
      </w:r>
      <w:r>
        <w:rPr>
          <w:rFonts w:ascii="游ゴシック" w:hAnsi="游ゴシック"/>
          <w:sz w:val="20"/>
          <w:lang w:eastAsia="ja-JP"/>
        </w:rPr>
        <w:br/>
      </w:r>
      <w:r>
        <w:rPr>
          <w:rFonts w:ascii="游ゴシック" w:hAnsi="游ゴシック"/>
          <w:sz w:val="20"/>
          <w:lang w:eastAsia="ja-JP"/>
        </w:rPr>
        <w:t xml:space="preserve">代表者氏名：　　　　　　　　　　　</w:t>
      </w:r>
      <w:r w:rsidR="00DB5CA9">
        <w:rPr>
          <w:rFonts w:ascii="游ゴシック" w:hAnsi="游ゴシック" w:hint="eastAsia"/>
          <w:sz w:val="20"/>
          <w:lang w:eastAsia="ja-JP"/>
        </w:rPr>
        <w:t xml:space="preserve">　</w:t>
      </w:r>
      <w:r>
        <w:rPr>
          <w:rFonts w:ascii="游ゴシック" w:hAnsi="游ゴシック"/>
          <w:sz w:val="20"/>
          <w:lang w:eastAsia="ja-JP"/>
        </w:rPr>
        <w:t xml:space="preserve">　印</w:t>
      </w:r>
      <w:r>
        <w:rPr>
          <w:rFonts w:ascii="游ゴシック" w:hAnsi="游ゴシック"/>
          <w:sz w:val="20"/>
          <w:lang w:eastAsia="ja-JP"/>
        </w:rPr>
        <w:br/>
      </w:r>
      <w:r>
        <w:rPr>
          <w:rFonts w:ascii="游ゴシック" w:hAnsi="游ゴシック"/>
          <w:sz w:val="20"/>
          <w:lang w:eastAsia="ja-JP"/>
        </w:rPr>
        <w:t>担当者氏名：</w:t>
      </w:r>
      <w:r w:rsidR="00DB5CA9">
        <w:rPr>
          <w:rFonts w:ascii="游ゴシック" w:hAnsi="游ゴシック" w:hint="eastAsia"/>
          <w:sz w:val="20"/>
          <w:lang w:eastAsia="ja-JP"/>
        </w:rPr>
        <w:t xml:space="preserve">　　　　　　　　　　　　　　</w:t>
      </w:r>
      <w:r>
        <w:rPr>
          <w:rFonts w:ascii="游ゴシック" w:hAnsi="游ゴシック"/>
          <w:sz w:val="20"/>
          <w:lang w:eastAsia="ja-JP"/>
        </w:rPr>
        <w:br/>
      </w:r>
      <w:r>
        <w:rPr>
          <w:rFonts w:ascii="游ゴシック" w:hAnsi="游ゴシック"/>
          <w:sz w:val="20"/>
          <w:lang w:eastAsia="ja-JP"/>
        </w:rPr>
        <w:t>連絡先（</w:t>
      </w:r>
      <w:r>
        <w:rPr>
          <w:rFonts w:ascii="游ゴシック" w:hAnsi="游ゴシック"/>
          <w:sz w:val="20"/>
          <w:lang w:eastAsia="ja-JP"/>
        </w:rPr>
        <w:t>TEL</w:t>
      </w:r>
      <w:r>
        <w:rPr>
          <w:rFonts w:ascii="游ゴシック" w:hAnsi="游ゴシック"/>
          <w:sz w:val="20"/>
          <w:lang w:eastAsia="ja-JP"/>
        </w:rPr>
        <w:t>）：</w:t>
      </w:r>
      <w:r w:rsidR="00DB5CA9">
        <w:rPr>
          <w:rFonts w:ascii="游ゴシック" w:hAnsi="游ゴシック" w:hint="eastAsia"/>
          <w:sz w:val="20"/>
          <w:lang w:eastAsia="ja-JP"/>
        </w:rPr>
        <w:t xml:space="preserve">　　　　　　　　　　　　　　</w:t>
      </w:r>
    </w:p>
    <w:p w14:paraId="388B94C2" w14:textId="77777777" w:rsidR="00B82538" w:rsidRDefault="00000000">
      <w:pPr>
        <w:spacing w:after="240"/>
        <w:rPr>
          <w:lang w:eastAsia="ja-JP"/>
        </w:rPr>
      </w:pPr>
      <w:r>
        <w:rPr>
          <w:rFonts w:ascii="游ゴシック" w:hAnsi="游ゴシック"/>
          <w:sz w:val="21"/>
          <w:lang w:eastAsia="ja-JP"/>
        </w:rPr>
        <w:t>「令和９年度</w:t>
      </w:r>
      <w:r>
        <w:rPr>
          <w:rFonts w:ascii="游ゴシック" w:hAnsi="游ゴシック"/>
          <w:sz w:val="21"/>
          <w:lang w:eastAsia="ja-JP"/>
        </w:rPr>
        <w:t xml:space="preserve"> </w:t>
      </w:r>
      <w:r>
        <w:rPr>
          <w:rFonts w:ascii="游ゴシック" w:hAnsi="游ゴシック"/>
          <w:sz w:val="21"/>
          <w:lang w:eastAsia="ja-JP"/>
        </w:rPr>
        <w:t>総務課公用車（市長車）購入仕様書」に基づき、下記のとおり見積もりいたします。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752"/>
      </w:tblGrid>
      <w:tr w:rsidR="00B82538" w14:paraId="218F58AB" w14:textId="77777777" w:rsidTr="00DB5CA9">
        <w:trPr>
          <w:trHeight w:val="645"/>
          <w:jc w:val="center"/>
        </w:trPr>
        <w:tc>
          <w:tcPr>
            <w:tcW w:w="4608" w:type="dxa"/>
            <w:shd w:val="clear" w:color="auto" w:fill="F0F4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D69C4F" w14:textId="77777777" w:rsidR="00B82538" w:rsidRDefault="00000000" w:rsidP="00DB5CA9">
            <w:pPr>
              <w:spacing w:after="100" w:afterAutospacing="1" w:line="500" w:lineRule="exact"/>
            </w:pPr>
            <w:proofErr w:type="spellStart"/>
            <w:r>
              <w:rPr>
                <w:rFonts w:ascii="游ゴシック" w:hAnsi="游ゴシック"/>
                <w:b/>
              </w:rPr>
              <w:t>購入価格合計（税抜</w:t>
            </w:r>
            <w:proofErr w:type="spellEnd"/>
            <w:r>
              <w:rPr>
                <w:rFonts w:ascii="游ゴシック" w:hAnsi="游ゴシック"/>
                <w:b/>
              </w:rPr>
              <w:t>）</w:t>
            </w:r>
          </w:p>
        </w:tc>
        <w:tc>
          <w:tcPr>
            <w:tcW w:w="475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3767A2" w14:textId="5C6BF6EE" w:rsidR="00B82538" w:rsidRDefault="00000000" w:rsidP="00DB5CA9">
            <w:pPr>
              <w:spacing w:after="100" w:afterAutospacing="1" w:line="500" w:lineRule="exact"/>
              <w:jc w:val="right"/>
            </w:pPr>
            <w:r>
              <w:rPr>
                <w:rFonts w:ascii="游ゴシック" w:hAnsi="游ゴシック"/>
                <w:sz w:val="24"/>
              </w:rPr>
              <w:t xml:space="preserve">￥　　</w:t>
            </w:r>
            <w:r w:rsidR="00DB5CA9">
              <w:rPr>
                <w:rFonts w:ascii="游ゴシック" w:hAnsi="游ゴシック" w:hint="eastAsia"/>
                <w:sz w:val="24"/>
                <w:lang w:eastAsia="ja-JP"/>
              </w:rPr>
              <w:t xml:space="preserve">　</w:t>
            </w:r>
            <w:r>
              <w:rPr>
                <w:rFonts w:ascii="游ゴシック" w:hAnsi="游ゴシック"/>
                <w:sz w:val="24"/>
              </w:rPr>
              <w:t xml:space="preserve">　　　　　　　　</w:t>
            </w:r>
            <w:r>
              <w:rPr>
                <w:rFonts w:ascii="游ゴシック" w:hAnsi="游ゴシック"/>
                <w:sz w:val="24"/>
              </w:rPr>
              <w:t>-</w:t>
            </w:r>
          </w:p>
        </w:tc>
      </w:tr>
      <w:tr w:rsidR="00B82538" w14:paraId="4BFEE3F9" w14:textId="77777777" w:rsidTr="00DB5CA9">
        <w:trPr>
          <w:trHeight w:val="628"/>
          <w:jc w:val="center"/>
        </w:trPr>
        <w:tc>
          <w:tcPr>
            <w:tcW w:w="4608" w:type="dxa"/>
            <w:shd w:val="clear" w:color="auto" w:fill="F0F4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494F0C" w14:textId="77777777" w:rsidR="00B82538" w:rsidRDefault="00000000" w:rsidP="00DB5CA9">
            <w:pPr>
              <w:spacing w:after="100" w:afterAutospacing="1" w:line="500" w:lineRule="exact"/>
            </w:pPr>
            <w:proofErr w:type="spellStart"/>
            <w:r>
              <w:rPr>
                <w:rFonts w:ascii="游ゴシック" w:hAnsi="游ゴシック"/>
                <w:b/>
              </w:rPr>
              <w:t>購入価格合計（税込</w:t>
            </w:r>
            <w:proofErr w:type="spellEnd"/>
            <w:r>
              <w:rPr>
                <w:rFonts w:ascii="游ゴシック" w:hAnsi="游ゴシック"/>
                <w:b/>
              </w:rPr>
              <w:t>）</w:t>
            </w:r>
          </w:p>
        </w:tc>
        <w:tc>
          <w:tcPr>
            <w:tcW w:w="475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6A384D" w14:textId="34ECDFAE" w:rsidR="00B82538" w:rsidRDefault="00000000" w:rsidP="00DB5CA9">
            <w:pPr>
              <w:spacing w:after="100" w:afterAutospacing="1" w:line="500" w:lineRule="exact"/>
              <w:jc w:val="right"/>
            </w:pPr>
            <w:r>
              <w:rPr>
                <w:rFonts w:ascii="游ゴシック" w:hAnsi="游ゴシック"/>
                <w:sz w:val="24"/>
              </w:rPr>
              <w:t xml:space="preserve">￥　　</w:t>
            </w:r>
            <w:r w:rsidR="00DB5CA9">
              <w:rPr>
                <w:rFonts w:ascii="游ゴシック" w:hAnsi="游ゴシック" w:hint="eastAsia"/>
                <w:sz w:val="24"/>
                <w:lang w:eastAsia="ja-JP"/>
              </w:rPr>
              <w:t xml:space="preserve">　</w:t>
            </w:r>
            <w:r>
              <w:rPr>
                <w:rFonts w:ascii="游ゴシック" w:hAnsi="游ゴシック"/>
                <w:sz w:val="24"/>
              </w:rPr>
              <w:t xml:space="preserve">　　　　　　　　</w:t>
            </w:r>
            <w:r>
              <w:rPr>
                <w:rFonts w:ascii="游ゴシック" w:hAnsi="游ゴシック"/>
                <w:sz w:val="24"/>
              </w:rPr>
              <w:t>-</w:t>
            </w:r>
          </w:p>
        </w:tc>
      </w:tr>
    </w:tbl>
    <w:p w14:paraId="0C7CA6FE" w14:textId="77777777" w:rsidR="00B82538" w:rsidRDefault="00B82538">
      <w:pPr>
        <w:spacing w:after="120"/>
      </w:pPr>
    </w:p>
    <w:p w14:paraId="251F2874" w14:textId="77777777" w:rsidR="00B82538" w:rsidRDefault="00000000">
      <w:pPr>
        <w:spacing w:after="80"/>
      </w:pPr>
      <w:r>
        <w:rPr>
          <w:rFonts w:ascii="游ゴシック" w:hAnsi="游ゴシック"/>
          <w:b/>
          <w:sz w:val="24"/>
        </w:rPr>
        <w:t>１．提案車両概要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6192"/>
      </w:tblGrid>
      <w:tr w:rsidR="00B82538" w14:paraId="5E3981C9" w14:textId="77777777" w:rsidTr="00DB5CA9">
        <w:trPr>
          <w:trHeight w:val="925"/>
          <w:jc w:val="center"/>
        </w:trPr>
        <w:tc>
          <w:tcPr>
            <w:tcW w:w="3168" w:type="dxa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5FBD3D" w14:textId="77777777" w:rsidR="00B82538" w:rsidRDefault="00000000" w:rsidP="00DB5CA9">
            <w:pPr>
              <w:spacing w:after="0"/>
              <w:jc w:val="both"/>
            </w:pPr>
            <w:proofErr w:type="spellStart"/>
            <w:r>
              <w:rPr>
                <w:rFonts w:ascii="游ゴシック" w:hAnsi="游ゴシック"/>
                <w:b/>
                <w:sz w:val="19"/>
              </w:rPr>
              <w:t>メーカ</w:t>
            </w:r>
            <w:proofErr w:type="spellEnd"/>
            <w:r>
              <w:rPr>
                <w:rFonts w:ascii="游ゴシック" w:hAnsi="游ゴシック"/>
                <w:b/>
                <w:sz w:val="19"/>
              </w:rPr>
              <w:t>ー・</w:t>
            </w:r>
            <w:proofErr w:type="spellStart"/>
            <w:r>
              <w:rPr>
                <w:rFonts w:ascii="游ゴシック" w:hAnsi="游ゴシック"/>
                <w:b/>
                <w:sz w:val="19"/>
              </w:rPr>
              <w:t>車名</w:t>
            </w:r>
            <w:proofErr w:type="spellEnd"/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91138" w14:textId="77777777" w:rsidR="00B82538" w:rsidRDefault="00000000" w:rsidP="00DB5CA9">
            <w:pPr>
              <w:spacing w:after="0"/>
              <w:jc w:val="both"/>
              <w:rPr>
                <w:rFonts w:ascii="游ゴシック" w:hAnsi="游ゴシック"/>
                <w:sz w:val="19"/>
                <w:lang w:eastAsia="ja-JP"/>
              </w:rPr>
            </w:pPr>
            <w:r>
              <w:rPr>
                <w:rFonts w:ascii="游ゴシック" w:hAnsi="游ゴシック"/>
                <w:sz w:val="19"/>
                <w:lang w:eastAsia="ja-JP"/>
              </w:rPr>
              <w:t>例：トヨタ　アルファード</w:t>
            </w:r>
            <w:r>
              <w:rPr>
                <w:rFonts w:ascii="游ゴシック" w:hAnsi="游ゴシック"/>
                <w:sz w:val="19"/>
                <w:lang w:eastAsia="ja-JP"/>
              </w:rPr>
              <w:t xml:space="preserve"> / </w:t>
            </w:r>
            <w:r>
              <w:rPr>
                <w:rFonts w:ascii="游ゴシック" w:hAnsi="游ゴシック"/>
                <w:sz w:val="19"/>
                <w:lang w:eastAsia="ja-JP"/>
              </w:rPr>
              <w:t>ヴェルファイア</w:t>
            </w:r>
            <w:r>
              <w:rPr>
                <w:rFonts w:ascii="游ゴシック" w:hAnsi="游ゴシック"/>
                <w:sz w:val="19"/>
                <w:lang w:eastAsia="ja-JP"/>
              </w:rPr>
              <w:t xml:space="preserve"> / </w:t>
            </w:r>
            <w:r>
              <w:rPr>
                <w:rFonts w:ascii="游ゴシック" w:hAnsi="游ゴシック"/>
                <w:sz w:val="19"/>
                <w:lang w:eastAsia="ja-JP"/>
              </w:rPr>
              <w:t>日産</w:t>
            </w:r>
            <w:r>
              <w:rPr>
                <w:rFonts w:ascii="游ゴシック" w:hAnsi="游ゴシック"/>
                <w:sz w:val="19"/>
                <w:lang w:eastAsia="ja-JP"/>
              </w:rPr>
              <w:t xml:space="preserve"> </w:t>
            </w:r>
            <w:r>
              <w:rPr>
                <w:rFonts w:ascii="游ゴシック" w:hAnsi="游ゴシック"/>
                <w:sz w:val="19"/>
                <w:lang w:eastAsia="ja-JP"/>
              </w:rPr>
              <w:t>エルグランド</w:t>
            </w:r>
            <w:r>
              <w:rPr>
                <w:rFonts w:ascii="游ゴシック" w:hAnsi="游ゴシック"/>
                <w:sz w:val="19"/>
                <w:lang w:eastAsia="ja-JP"/>
              </w:rPr>
              <w:t xml:space="preserve"> </w:t>
            </w:r>
            <w:r>
              <w:rPr>
                <w:rFonts w:ascii="游ゴシック" w:hAnsi="游ゴシック"/>
                <w:sz w:val="19"/>
                <w:lang w:eastAsia="ja-JP"/>
              </w:rPr>
              <w:t>等</w:t>
            </w:r>
          </w:p>
          <w:p w14:paraId="6EEB917E" w14:textId="77777777" w:rsidR="00DB5CA9" w:rsidRDefault="00DB5CA9" w:rsidP="00DB5CA9">
            <w:pPr>
              <w:spacing w:after="0"/>
              <w:jc w:val="both"/>
              <w:rPr>
                <w:lang w:eastAsia="ja-JP"/>
              </w:rPr>
            </w:pPr>
          </w:p>
        </w:tc>
      </w:tr>
      <w:tr w:rsidR="00B82538" w14:paraId="5EDD9CAF" w14:textId="77777777" w:rsidTr="00DB5CA9">
        <w:trPr>
          <w:trHeight w:val="667"/>
          <w:jc w:val="center"/>
        </w:trPr>
        <w:tc>
          <w:tcPr>
            <w:tcW w:w="3168" w:type="dxa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34F554" w14:textId="77777777" w:rsidR="00B82538" w:rsidRDefault="00000000" w:rsidP="00DB5CA9">
            <w:pPr>
              <w:spacing w:after="0"/>
              <w:jc w:val="both"/>
            </w:pPr>
            <w:proofErr w:type="spellStart"/>
            <w:r>
              <w:rPr>
                <w:rFonts w:ascii="游ゴシック" w:hAnsi="游ゴシック"/>
                <w:b/>
                <w:sz w:val="19"/>
              </w:rPr>
              <w:t>グレード</w:t>
            </w:r>
            <w:proofErr w:type="spellEnd"/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B47448" w14:textId="77777777" w:rsidR="00B82538" w:rsidRDefault="00B82538" w:rsidP="00DB5CA9">
            <w:pPr>
              <w:spacing w:after="0"/>
              <w:jc w:val="both"/>
            </w:pPr>
          </w:p>
        </w:tc>
      </w:tr>
      <w:tr w:rsidR="00B82538" w14:paraId="4DA14675" w14:textId="77777777" w:rsidTr="00DB5CA9">
        <w:trPr>
          <w:trHeight w:val="838"/>
          <w:jc w:val="center"/>
        </w:trPr>
        <w:tc>
          <w:tcPr>
            <w:tcW w:w="3168" w:type="dxa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D0DE0E" w14:textId="77777777" w:rsidR="00B82538" w:rsidRDefault="00000000" w:rsidP="00DB5CA9">
            <w:pPr>
              <w:spacing w:after="0"/>
              <w:jc w:val="both"/>
              <w:rPr>
                <w:lang w:eastAsia="ja-JP"/>
              </w:rPr>
            </w:pPr>
            <w:r>
              <w:rPr>
                <w:rFonts w:ascii="游ゴシック" w:hAnsi="游ゴシック"/>
                <w:b/>
                <w:sz w:val="19"/>
                <w:lang w:eastAsia="ja-JP"/>
              </w:rPr>
              <w:t>駆動方式・パワートレイン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E3C249" w14:textId="77777777" w:rsidR="00B82538" w:rsidRDefault="00000000" w:rsidP="00DB5CA9">
            <w:pPr>
              <w:spacing w:after="0"/>
              <w:jc w:val="both"/>
              <w:rPr>
                <w:lang w:eastAsia="ja-JP"/>
              </w:rPr>
            </w:pPr>
            <w:r>
              <w:rPr>
                <w:rFonts w:ascii="游ゴシック" w:hAnsi="游ゴシック"/>
                <w:sz w:val="19"/>
                <w:lang w:eastAsia="ja-JP"/>
              </w:rPr>
              <w:t>ハイブリッド（</w:t>
            </w:r>
            <w:r>
              <w:rPr>
                <w:rFonts w:ascii="游ゴシック" w:hAnsi="游ゴシック"/>
                <w:sz w:val="19"/>
                <w:lang w:eastAsia="ja-JP"/>
              </w:rPr>
              <w:t>HEV</w:t>
            </w:r>
            <w:r>
              <w:rPr>
                <w:rFonts w:ascii="游ゴシック" w:hAnsi="游ゴシック"/>
                <w:sz w:val="19"/>
                <w:lang w:eastAsia="ja-JP"/>
              </w:rPr>
              <w:t>）</w:t>
            </w:r>
            <w:r>
              <w:rPr>
                <w:rFonts w:ascii="游ゴシック" w:hAnsi="游ゴシック"/>
                <w:sz w:val="19"/>
                <w:lang w:eastAsia="ja-JP"/>
              </w:rPr>
              <w:t xml:space="preserve"> / 2WD </w:t>
            </w:r>
            <w:r>
              <w:rPr>
                <w:rFonts w:ascii="游ゴシック" w:hAnsi="游ゴシック"/>
                <w:sz w:val="19"/>
                <w:lang w:eastAsia="ja-JP"/>
              </w:rPr>
              <w:t>または</w:t>
            </w:r>
            <w:r>
              <w:rPr>
                <w:rFonts w:ascii="游ゴシック" w:hAnsi="游ゴシック"/>
                <w:sz w:val="19"/>
                <w:lang w:eastAsia="ja-JP"/>
              </w:rPr>
              <w:t xml:space="preserve"> 4WD</w:t>
            </w:r>
          </w:p>
        </w:tc>
      </w:tr>
      <w:tr w:rsidR="00B82538" w14:paraId="5BE83713" w14:textId="77777777" w:rsidTr="00DB5CA9">
        <w:trPr>
          <w:trHeight w:val="683"/>
          <w:jc w:val="center"/>
        </w:trPr>
        <w:tc>
          <w:tcPr>
            <w:tcW w:w="3168" w:type="dxa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18CB79" w14:textId="77777777" w:rsidR="00B82538" w:rsidRDefault="00000000" w:rsidP="00DB5CA9">
            <w:pPr>
              <w:spacing w:after="0"/>
              <w:jc w:val="both"/>
            </w:pPr>
            <w:proofErr w:type="spellStart"/>
            <w:r>
              <w:rPr>
                <w:rFonts w:ascii="游ゴシック" w:hAnsi="游ゴシック"/>
                <w:b/>
                <w:sz w:val="19"/>
              </w:rPr>
              <w:t>乗車定員</w:t>
            </w:r>
            <w:proofErr w:type="spellEnd"/>
            <w:r>
              <w:rPr>
                <w:rFonts w:ascii="游ゴシック" w:hAnsi="游ゴシック"/>
                <w:b/>
                <w:sz w:val="19"/>
              </w:rPr>
              <w:t xml:space="preserve"> / </w:t>
            </w:r>
            <w:proofErr w:type="spellStart"/>
            <w:r>
              <w:rPr>
                <w:rFonts w:ascii="游ゴシック" w:hAnsi="游ゴシック"/>
                <w:b/>
                <w:sz w:val="19"/>
              </w:rPr>
              <w:t>排気量</w:t>
            </w:r>
            <w:proofErr w:type="spellEnd"/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42BA0C" w14:textId="77777777" w:rsidR="00B82538" w:rsidRDefault="00000000" w:rsidP="00DB5CA9">
            <w:pPr>
              <w:spacing w:after="0"/>
              <w:jc w:val="both"/>
            </w:pPr>
            <w:r>
              <w:rPr>
                <w:rFonts w:ascii="游ゴシック" w:hAnsi="游ゴシック"/>
                <w:sz w:val="19"/>
              </w:rPr>
              <w:t>7</w:t>
            </w:r>
            <w:r>
              <w:rPr>
                <w:rFonts w:ascii="游ゴシック" w:hAnsi="游ゴシック"/>
                <w:sz w:val="19"/>
              </w:rPr>
              <w:t>名</w:t>
            </w:r>
            <w:r>
              <w:rPr>
                <w:rFonts w:ascii="游ゴシック" w:hAnsi="游ゴシック"/>
                <w:sz w:val="19"/>
              </w:rPr>
              <w:t xml:space="preserve"> / </w:t>
            </w:r>
            <w:r>
              <w:rPr>
                <w:rFonts w:ascii="游ゴシック" w:hAnsi="游ゴシック"/>
                <w:sz w:val="19"/>
              </w:rPr>
              <w:t xml:space="preserve">　　　　</w:t>
            </w:r>
            <w:r>
              <w:rPr>
                <w:rFonts w:ascii="游ゴシック" w:hAnsi="游ゴシック"/>
                <w:sz w:val="19"/>
              </w:rPr>
              <w:t>cc</w:t>
            </w:r>
          </w:p>
        </w:tc>
      </w:tr>
      <w:tr w:rsidR="00B82538" w14:paraId="122E79B5" w14:textId="77777777" w:rsidTr="00DB5CA9">
        <w:trPr>
          <w:trHeight w:val="822"/>
          <w:jc w:val="center"/>
        </w:trPr>
        <w:tc>
          <w:tcPr>
            <w:tcW w:w="3168" w:type="dxa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95B023" w14:textId="77777777" w:rsidR="00B82538" w:rsidRDefault="00000000" w:rsidP="00DB5CA9">
            <w:pPr>
              <w:spacing w:after="0"/>
              <w:jc w:val="both"/>
            </w:pPr>
            <w:proofErr w:type="spellStart"/>
            <w:r>
              <w:rPr>
                <w:rFonts w:ascii="游ゴシック" w:hAnsi="游ゴシック"/>
                <w:b/>
                <w:sz w:val="19"/>
              </w:rPr>
              <w:t>外装色</w:t>
            </w:r>
            <w:proofErr w:type="spellEnd"/>
            <w:r>
              <w:rPr>
                <w:rFonts w:ascii="游ゴシック" w:hAnsi="游ゴシック"/>
                <w:b/>
                <w:sz w:val="19"/>
              </w:rPr>
              <w:t xml:space="preserve"> / </w:t>
            </w:r>
            <w:proofErr w:type="spellStart"/>
            <w:r>
              <w:rPr>
                <w:rFonts w:ascii="游ゴシック" w:hAnsi="游ゴシック"/>
                <w:b/>
                <w:sz w:val="19"/>
              </w:rPr>
              <w:t>内装色</w:t>
            </w:r>
            <w:proofErr w:type="spellEnd"/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931F8E" w14:textId="77777777" w:rsidR="00B82538" w:rsidRDefault="00000000" w:rsidP="00DB5CA9">
            <w:pPr>
              <w:spacing w:after="0"/>
              <w:jc w:val="both"/>
              <w:rPr>
                <w:lang w:eastAsia="ja-JP"/>
              </w:rPr>
            </w:pPr>
            <w:r>
              <w:rPr>
                <w:rFonts w:ascii="游ゴシック" w:hAnsi="游ゴシック"/>
                <w:sz w:val="19"/>
                <w:lang w:eastAsia="ja-JP"/>
              </w:rPr>
              <w:t>外装：ホワイト</w:t>
            </w:r>
            <w:r>
              <w:rPr>
                <w:rFonts w:ascii="游ゴシック" w:hAnsi="游ゴシック"/>
                <w:sz w:val="19"/>
                <w:lang w:eastAsia="ja-JP"/>
              </w:rPr>
              <w:t xml:space="preserve"> / </w:t>
            </w:r>
            <w:r>
              <w:rPr>
                <w:rFonts w:ascii="游ゴシック" w:hAnsi="游ゴシック"/>
                <w:sz w:val="19"/>
                <w:lang w:eastAsia="ja-JP"/>
              </w:rPr>
              <w:t>内装：</w:t>
            </w:r>
          </w:p>
        </w:tc>
      </w:tr>
    </w:tbl>
    <w:p w14:paraId="1BFFD68B" w14:textId="77777777" w:rsidR="00B82538" w:rsidRDefault="00B82538">
      <w:pPr>
        <w:spacing w:after="120"/>
        <w:rPr>
          <w:lang w:eastAsia="ja-JP"/>
        </w:rPr>
      </w:pPr>
    </w:p>
    <w:p w14:paraId="54F3DA20" w14:textId="77777777" w:rsidR="00DB5CA9" w:rsidRDefault="00DB5CA9">
      <w:pPr>
        <w:spacing w:after="120"/>
        <w:rPr>
          <w:lang w:eastAsia="ja-JP"/>
        </w:rPr>
      </w:pPr>
    </w:p>
    <w:p w14:paraId="7419B79C" w14:textId="77777777" w:rsidR="00DB5CA9" w:rsidRDefault="00DB5CA9">
      <w:pPr>
        <w:spacing w:after="120"/>
        <w:rPr>
          <w:lang w:eastAsia="ja-JP"/>
        </w:rPr>
      </w:pPr>
    </w:p>
    <w:p w14:paraId="40D65868" w14:textId="77777777" w:rsidR="00B82538" w:rsidRDefault="00000000">
      <w:pPr>
        <w:spacing w:after="80"/>
      </w:pPr>
      <w:r>
        <w:rPr>
          <w:rFonts w:ascii="游ゴシック" w:hAnsi="游ゴシック"/>
          <w:b/>
          <w:sz w:val="24"/>
        </w:rPr>
        <w:lastRenderedPageBreak/>
        <w:t>２．見積内訳（明細）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3641"/>
        <w:gridCol w:w="2126"/>
        <w:gridCol w:w="1001"/>
      </w:tblGrid>
      <w:tr w:rsidR="00B82538" w14:paraId="07E92D46" w14:textId="77777777" w:rsidTr="00EA3DFD">
        <w:trPr>
          <w:jc w:val="center"/>
        </w:trPr>
        <w:tc>
          <w:tcPr>
            <w:tcW w:w="2592" w:type="dxa"/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A5350" w14:textId="77777777" w:rsidR="00B82538" w:rsidRDefault="00000000">
            <w:pPr>
              <w:jc w:val="center"/>
            </w:pPr>
            <w:proofErr w:type="spellStart"/>
            <w:r>
              <w:rPr>
                <w:rFonts w:ascii="游ゴシック" w:hAnsi="游ゴシック"/>
                <w:b/>
                <w:color w:val="FFFFFF"/>
                <w:sz w:val="19"/>
              </w:rPr>
              <w:t>項目・名目</w:t>
            </w:r>
            <w:proofErr w:type="spellEnd"/>
          </w:p>
        </w:tc>
        <w:tc>
          <w:tcPr>
            <w:tcW w:w="3641" w:type="dxa"/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B137A" w14:textId="77777777" w:rsidR="00B82538" w:rsidRDefault="00000000">
            <w:pPr>
              <w:jc w:val="center"/>
            </w:pPr>
            <w:proofErr w:type="spellStart"/>
            <w:r>
              <w:rPr>
                <w:rFonts w:ascii="游ゴシック" w:hAnsi="游ゴシック"/>
                <w:b/>
                <w:color w:val="FFFFFF"/>
                <w:sz w:val="19"/>
              </w:rPr>
              <w:t>仕様・内容概要</w:t>
            </w:r>
            <w:proofErr w:type="spellEnd"/>
          </w:p>
        </w:tc>
        <w:tc>
          <w:tcPr>
            <w:tcW w:w="2126" w:type="dxa"/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7336C" w14:textId="77777777" w:rsidR="00B82538" w:rsidRDefault="00000000">
            <w:pPr>
              <w:jc w:val="center"/>
            </w:pPr>
            <w:proofErr w:type="spellStart"/>
            <w:r>
              <w:rPr>
                <w:rFonts w:ascii="游ゴシック" w:hAnsi="游ゴシック"/>
                <w:b/>
                <w:color w:val="FFFFFF"/>
                <w:sz w:val="19"/>
              </w:rPr>
              <w:t>金額（税抜</w:t>
            </w:r>
            <w:proofErr w:type="spellEnd"/>
            <w:r>
              <w:rPr>
                <w:rFonts w:ascii="游ゴシック" w:hAnsi="游ゴシック"/>
                <w:b/>
                <w:color w:val="FFFFFF"/>
                <w:sz w:val="19"/>
              </w:rPr>
              <w:t>）</w:t>
            </w:r>
          </w:p>
        </w:tc>
        <w:tc>
          <w:tcPr>
            <w:tcW w:w="1001" w:type="dxa"/>
            <w:shd w:val="clear" w:color="auto" w:fill="0033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C72B4" w14:textId="77777777" w:rsidR="00B82538" w:rsidRDefault="00000000">
            <w:pPr>
              <w:jc w:val="center"/>
            </w:pPr>
            <w:proofErr w:type="spellStart"/>
            <w:r>
              <w:rPr>
                <w:rFonts w:ascii="游ゴシック" w:hAnsi="游ゴシック"/>
                <w:b/>
                <w:color w:val="FFFFFF"/>
                <w:sz w:val="19"/>
              </w:rPr>
              <w:t>備考</w:t>
            </w:r>
            <w:proofErr w:type="spellEnd"/>
          </w:p>
        </w:tc>
      </w:tr>
      <w:tr w:rsidR="00B82538" w14:paraId="55454D8E" w14:textId="77777777" w:rsidTr="00EA3DFD"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7A8DA8" w14:textId="77777777" w:rsidR="00B82538" w:rsidRDefault="00000000" w:rsidP="00DB5CA9">
            <w:pPr>
              <w:jc w:val="both"/>
            </w:pPr>
            <w:proofErr w:type="spellStart"/>
            <w:r>
              <w:rPr>
                <w:rFonts w:ascii="游ゴシック" w:hAnsi="游ゴシック"/>
                <w:sz w:val="18"/>
              </w:rPr>
              <w:t>車両本体価格</w:t>
            </w:r>
            <w:proofErr w:type="spellEnd"/>
          </w:p>
        </w:tc>
        <w:tc>
          <w:tcPr>
            <w:tcW w:w="364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99147C" w14:textId="77777777" w:rsidR="00B82538" w:rsidRDefault="00000000">
            <w:pPr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仕様書準拠（ハイブリッド車・</w:t>
            </w:r>
            <w:r>
              <w:rPr>
                <w:rFonts w:ascii="游ゴシック" w:hAnsi="游ゴシック"/>
                <w:sz w:val="18"/>
                <w:lang w:eastAsia="ja-JP"/>
              </w:rPr>
              <w:t>7</w:t>
            </w:r>
            <w:r>
              <w:rPr>
                <w:rFonts w:ascii="游ゴシック" w:hAnsi="游ゴシック"/>
                <w:sz w:val="18"/>
                <w:lang w:eastAsia="ja-JP"/>
              </w:rPr>
              <w:t>人乗り）</w:t>
            </w: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B3CA90" w14:textId="7D6AF535" w:rsidR="00B82538" w:rsidRDefault="00000000" w:rsidP="00DB5CA9">
            <w:pPr>
              <w:wordWrap w:val="0"/>
              <w:snapToGrid w:val="0"/>
              <w:spacing w:after="0" w:line="500" w:lineRule="exact"/>
              <w:jc w:val="right"/>
            </w:pPr>
            <w:r>
              <w:rPr>
                <w:rFonts w:ascii="游ゴシック" w:hAnsi="游ゴシック"/>
                <w:sz w:val="18"/>
              </w:rPr>
              <w:t>￥</w:t>
            </w:r>
            <w:r w:rsidR="00DB5CA9">
              <w:rPr>
                <w:rFonts w:ascii="游ゴシック" w:hAnsi="游ゴシック" w:hint="eastAsia"/>
                <w:sz w:val="18"/>
                <w:lang w:eastAsia="ja-JP"/>
              </w:rPr>
              <w:t xml:space="preserve">　　　　　　　　</w:t>
            </w:r>
          </w:p>
        </w:tc>
        <w:tc>
          <w:tcPr>
            <w:tcW w:w="100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6ED745" w14:textId="77777777" w:rsidR="00B82538" w:rsidRDefault="00B82538"/>
        </w:tc>
      </w:tr>
      <w:tr w:rsidR="00B82538" w14:paraId="6ABB5ABA" w14:textId="77777777" w:rsidTr="00EA3DFD">
        <w:trPr>
          <w:jc w:val="center"/>
        </w:trPr>
        <w:tc>
          <w:tcPr>
            <w:tcW w:w="2592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BD121B" w14:textId="77777777" w:rsidR="00B82538" w:rsidRDefault="00000000" w:rsidP="00DB5CA9">
            <w:pPr>
              <w:jc w:val="both"/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付属品・オプション費用</w:t>
            </w:r>
          </w:p>
        </w:tc>
        <w:tc>
          <w:tcPr>
            <w:tcW w:w="3641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6C87A1" w14:textId="77777777" w:rsidR="00B82538" w:rsidRDefault="00000000">
            <w:pPr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全周囲カメラ、ナビ、ドラレコ（前後）、</w:t>
            </w:r>
            <w:r>
              <w:rPr>
                <w:rFonts w:ascii="游ゴシック" w:hAnsi="游ゴシック"/>
                <w:sz w:val="18"/>
                <w:lang w:eastAsia="ja-JP"/>
              </w:rPr>
              <w:t>100V</w:t>
            </w:r>
            <w:r>
              <w:rPr>
                <w:rFonts w:ascii="游ゴシック" w:hAnsi="游ゴシック"/>
                <w:sz w:val="18"/>
                <w:lang w:eastAsia="ja-JP"/>
              </w:rPr>
              <w:t>非常用電源、フロアマット、サイドバイザー等一式</w:t>
            </w:r>
          </w:p>
        </w:tc>
        <w:tc>
          <w:tcPr>
            <w:tcW w:w="2126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9BDB97" w14:textId="15636C34" w:rsidR="00B82538" w:rsidRDefault="00000000" w:rsidP="00DB5CA9">
            <w:pPr>
              <w:wordWrap w:val="0"/>
              <w:snapToGrid w:val="0"/>
              <w:spacing w:after="0" w:line="500" w:lineRule="exact"/>
              <w:jc w:val="right"/>
            </w:pPr>
            <w:r>
              <w:rPr>
                <w:rFonts w:ascii="游ゴシック" w:hAnsi="游ゴシック"/>
                <w:sz w:val="18"/>
              </w:rPr>
              <w:t>￥</w:t>
            </w:r>
            <w:r w:rsidR="00DB5CA9">
              <w:rPr>
                <w:rFonts w:ascii="游ゴシック" w:hAnsi="游ゴシック" w:hint="eastAsia"/>
                <w:sz w:val="18"/>
                <w:lang w:eastAsia="ja-JP"/>
              </w:rPr>
              <w:t xml:space="preserve">　　　　　　　　</w:t>
            </w:r>
          </w:p>
        </w:tc>
        <w:tc>
          <w:tcPr>
            <w:tcW w:w="1001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442138" w14:textId="77777777" w:rsidR="00B82538" w:rsidRDefault="00B82538"/>
        </w:tc>
      </w:tr>
      <w:tr w:rsidR="00B82538" w14:paraId="65464B20" w14:textId="77777777" w:rsidTr="00EA3DFD"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94754D" w14:textId="77777777" w:rsidR="00B82538" w:rsidRDefault="00000000" w:rsidP="00DB5CA9">
            <w:pPr>
              <w:jc w:val="both"/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登録・納車関連諸費用</w:t>
            </w:r>
          </w:p>
        </w:tc>
        <w:tc>
          <w:tcPr>
            <w:tcW w:w="364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64DBBF" w14:textId="77777777" w:rsidR="00B82538" w:rsidRDefault="00000000">
            <w:pPr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検査登録手続き代行費、車庫証明代行費、預かり法定費用等</w:t>
            </w: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4F00E3" w14:textId="03E7801F" w:rsidR="00B82538" w:rsidRDefault="00000000" w:rsidP="00DB5CA9">
            <w:pPr>
              <w:wordWrap w:val="0"/>
              <w:snapToGrid w:val="0"/>
              <w:spacing w:after="0" w:line="500" w:lineRule="exact"/>
              <w:jc w:val="right"/>
            </w:pPr>
            <w:r>
              <w:rPr>
                <w:rFonts w:ascii="游ゴシック" w:hAnsi="游ゴシック"/>
                <w:sz w:val="18"/>
              </w:rPr>
              <w:t>￥</w:t>
            </w:r>
            <w:r w:rsidR="00DB5CA9">
              <w:rPr>
                <w:rFonts w:ascii="游ゴシック" w:hAnsi="游ゴシック" w:hint="eastAsia"/>
                <w:sz w:val="18"/>
                <w:lang w:eastAsia="ja-JP"/>
              </w:rPr>
              <w:t xml:space="preserve">　　　　　　　　</w:t>
            </w:r>
          </w:p>
        </w:tc>
        <w:tc>
          <w:tcPr>
            <w:tcW w:w="100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E1B76A" w14:textId="77777777" w:rsidR="00B82538" w:rsidRDefault="00B82538"/>
        </w:tc>
      </w:tr>
      <w:tr w:rsidR="00B82538" w14:paraId="10F58DB4" w14:textId="77777777" w:rsidTr="00EA3DFD">
        <w:trPr>
          <w:jc w:val="center"/>
        </w:trPr>
        <w:tc>
          <w:tcPr>
            <w:tcW w:w="2592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BD00DC" w14:textId="77777777" w:rsidR="00B82538" w:rsidRDefault="00000000" w:rsidP="00DB5CA9">
            <w:pPr>
              <w:jc w:val="both"/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税金・自賠責保険料等</w:t>
            </w:r>
          </w:p>
        </w:tc>
        <w:tc>
          <w:tcPr>
            <w:tcW w:w="3641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D6E9E3" w14:textId="77777777" w:rsidR="00B82538" w:rsidRDefault="00000000">
            <w:pPr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環境性能割、重量税、自動車税種別割、自賠責保険料、リサイクル費用</w:t>
            </w:r>
          </w:p>
        </w:tc>
        <w:tc>
          <w:tcPr>
            <w:tcW w:w="2126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78DDE" w14:textId="5E7502ED" w:rsidR="00B82538" w:rsidRDefault="00000000" w:rsidP="00DB5CA9">
            <w:pPr>
              <w:wordWrap w:val="0"/>
              <w:snapToGrid w:val="0"/>
              <w:spacing w:after="0" w:line="500" w:lineRule="exact"/>
              <w:jc w:val="right"/>
            </w:pPr>
            <w:r>
              <w:rPr>
                <w:rFonts w:ascii="游ゴシック" w:hAnsi="游ゴシック"/>
                <w:sz w:val="18"/>
              </w:rPr>
              <w:t>￥</w:t>
            </w:r>
            <w:r w:rsidR="00DB5CA9">
              <w:rPr>
                <w:rFonts w:ascii="游ゴシック" w:hAnsi="游ゴシック" w:hint="eastAsia"/>
                <w:sz w:val="18"/>
                <w:lang w:eastAsia="ja-JP"/>
              </w:rPr>
              <w:t xml:space="preserve">　　　　　　　　</w:t>
            </w:r>
          </w:p>
        </w:tc>
        <w:tc>
          <w:tcPr>
            <w:tcW w:w="1001" w:type="dxa"/>
            <w:shd w:val="clear" w:color="auto" w:fill="F9F9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6A66C6" w14:textId="77777777" w:rsidR="00B82538" w:rsidRDefault="00B82538"/>
        </w:tc>
      </w:tr>
      <w:tr w:rsidR="00B82538" w14:paraId="75C542F6" w14:textId="77777777" w:rsidTr="00EA3DFD">
        <w:trPr>
          <w:jc w:val="center"/>
        </w:trPr>
        <w:tc>
          <w:tcPr>
            <w:tcW w:w="25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49E8B7" w14:textId="77777777" w:rsidR="00B82538" w:rsidRDefault="00000000" w:rsidP="00DB5CA9">
            <w:pPr>
              <w:jc w:val="both"/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既存車両下取り（買取り）額</w:t>
            </w:r>
          </w:p>
        </w:tc>
        <w:tc>
          <w:tcPr>
            <w:tcW w:w="364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718268" w14:textId="77777777" w:rsidR="00B82538" w:rsidRDefault="00000000">
            <w:pPr>
              <w:rPr>
                <w:lang w:eastAsia="ja-JP"/>
              </w:rPr>
            </w:pPr>
            <w:r>
              <w:rPr>
                <w:rFonts w:ascii="游ゴシック" w:hAnsi="游ゴシック"/>
                <w:sz w:val="18"/>
                <w:lang w:eastAsia="ja-JP"/>
              </w:rPr>
              <w:t>ホンダ・オデッセイ（宮崎</w:t>
            </w:r>
            <w:r>
              <w:rPr>
                <w:rFonts w:ascii="游ゴシック" w:hAnsi="游ゴシック"/>
                <w:sz w:val="18"/>
                <w:lang w:eastAsia="ja-JP"/>
              </w:rPr>
              <w:t>330</w:t>
            </w:r>
            <w:r>
              <w:rPr>
                <w:rFonts w:ascii="游ゴシック" w:hAnsi="游ゴシック"/>
                <w:sz w:val="18"/>
                <w:lang w:eastAsia="ja-JP"/>
              </w:rPr>
              <w:t>ほ</w:t>
            </w:r>
            <w:r>
              <w:rPr>
                <w:rFonts w:ascii="游ゴシック" w:hAnsi="游ゴシック"/>
                <w:sz w:val="18"/>
                <w:lang w:eastAsia="ja-JP"/>
              </w:rPr>
              <w:t>5865</w:t>
            </w:r>
            <w:r>
              <w:rPr>
                <w:rFonts w:ascii="游ゴシック" w:hAnsi="游ゴシック"/>
                <w:sz w:val="18"/>
                <w:lang w:eastAsia="ja-JP"/>
              </w:rPr>
              <w:t>）の下取り査定額（一時抹消手続き費用含む）</w:t>
            </w:r>
          </w:p>
        </w:tc>
        <w:tc>
          <w:tcPr>
            <w:tcW w:w="212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A4A607" w14:textId="2C164855" w:rsidR="00B82538" w:rsidRDefault="00000000" w:rsidP="00DB5CA9">
            <w:pPr>
              <w:wordWrap w:val="0"/>
              <w:snapToGrid w:val="0"/>
              <w:spacing w:after="0" w:line="500" w:lineRule="exact"/>
              <w:jc w:val="right"/>
            </w:pPr>
            <w:r>
              <w:rPr>
                <w:rFonts w:ascii="游ゴシック" w:hAnsi="游ゴシック"/>
                <w:sz w:val="18"/>
              </w:rPr>
              <w:t xml:space="preserve">▲ </w:t>
            </w:r>
            <w:r>
              <w:rPr>
                <w:rFonts w:ascii="游ゴシック" w:hAnsi="游ゴシック"/>
                <w:sz w:val="18"/>
              </w:rPr>
              <w:t>￥</w:t>
            </w:r>
            <w:r w:rsidR="00DB5CA9">
              <w:rPr>
                <w:rFonts w:ascii="游ゴシック" w:hAnsi="游ゴシック" w:hint="eastAsia"/>
                <w:sz w:val="18"/>
                <w:lang w:eastAsia="ja-JP"/>
              </w:rPr>
              <w:t xml:space="preserve">　　　　　　　　</w:t>
            </w:r>
          </w:p>
        </w:tc>
        <w:tc>
          <w:tcPr>
            <w:tcW w:w="100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8210A5" w14:textId="77777777" w:rsidR="00B82538" w:rsidRDefault="00000000">
            <w:proofErr w:type="spellStart"/>
            <w:r>
              <w:rPr>
                <w:rFonts w:ascii="游ゴシック" w:hAnsi="游ゴシック"/>
                <w:sz w:val="18"/>
              </w:rPr>
              <w:t>控除項目</w:t>
            </w:r>
            <w:proofErr w:type="spellEnd"/>
          </w:p>
        </w:tc>
      </w:tr>
    </w:tbl>
    <w:p w14:paraId="2BA6D0F9" w14:textId="77777777" w:rsidR="00B82538" w:rsidRDefault="00B82538">
      <w:pPr>
        <w:spacing w:after="120"/>
      </w:pPr>
    </w:p>
    <w:p w14:paraId="39AB9F9F" w14:textId="77777777" w:rsidR="00B82538" w:rsidRDefault="00000000">
      <w:pPr>
        <w:spacing w:after="80"/>
      </w:pPr>
      <w:r>
        <w:rPr>
          <w:rFonts w:ascii="游ゴシック" w:hAnsi="游ゴシック"/>
          <w:b/>
          <w:sz w:val="24"/>
        </w:rPr>
        <w:t>３．備考・条件</w:t>
      </w:r>
    </w:p>
    <w:p w14:paraId="08177553" w14:textId="5C7A5717" w:rsidR="00B82538" w:rsidRDefault="00000000">
      <w:pPr>
        <w:spacing w:after="40"/>
        <w:rPr>
          <w:lang w:eastAsia="ja-JP"/>
        </w:rPr>
      </w:pPr>
      <w:r>
        <w:rPr>
          <w:rFonts w:ascii="游ゴシック" w:hAnsi="游ゴシック"/>
          <w:sz w:val="19"/>
          <w:lang w:eastAsia="ja-JP"/>
        </w:rPr>
        <w:t xml:space="preserve">1. </w:t>
      </w:r>
      <w:r>
        <w:rPr>
          <w:rFonts w:ascii="游ゴシック" w:hAnsi="游ゴシック"/>
          <w:sz w:val="19"/>
          <w:lang w:eastAsia="ja-JP"/>
        </w:rPr>
        <w:t>見積有効期限：令和</w:t>
      </w:r>
      <w:r w:rsidR="00DB5CA9">
        <w:rPr>
          <w:rFonts w:ascii="游ゴシック" w:hAnsi="游ゴシック" w:hint="eastAsia"/>
          <w:sz w:val="19"/>
          <w:lang w:eastAsia="ja-JP"/>
        </w:rPr>
        <w:t xml:space="preserve">　</w:t>
      </w:r>
      <w:r>
        <w:rPr>
          <w:rFonts w:ascii="游ゴシック" w:hAnsi="游ゴシック"/>
          <w:sz w:val="19"/>
          <w:lang w:eastAsia="ja-JP"/>
        </w:rPr>
        <w:t xml:space="preserve">　年</w:t>
      </w:r>
      <w:r w:rsidR="00DB5CA9">
        <w:rPr>
          <w:rFonts w:ascii="游ゴシック" w:hAnsi="游ゴシック" w:hint="eastAsia"/>
          <w:sz w:val="19"/>
          <w:lang w:eastAsia="ja-JP"/>
        </w:rPr>
        <w:t xml:space="preserve">　</w:t>
      </w:r>
      <w:r>
        <w:rPr>
          <w:rFonts w:ascii="游ゴシック" w:hAnsi="游ゴシック"/>
          <w:sz w:val="19"/>
          <w:lang w:eastAsia="ja-JP"/>
        </w:rPr>
        <w:t xml:space="preserve">　月</w:t>
      </w:r>
      <w:r w:rsidR="00DB5CA9">
        <w:rPr>
          <w:rFonts w:ascii="游ゴシック" w:hAnsi="游ゴシック" w:hint="eastAsia"/>
          <w:sz w:val="19"/>
          <w:lang w:eastAsia="ja-JP"/>
        </w:rPr>
        <w:t xml:space="preserve">　</w:t>
      </w:r>
      <w:r>
        <w:rPr>
          <w:rFonts w:ascii="游ゴシック" w:hAnsi="游ゴシック"/>
          <w:sz w:val="19"/>
          <w:lang w:eastAsia="ja-JP"/>
        </w:rPr>
        <w:t xml:space="preserve">　日まで</w:t>
      </w:r>
    </w:p>
    <w:p w14:paraId="06FCAD79" w14:textId="77777777" w:rsidR="00B82538" w:rsidRDefault="00000000">
      <w:pPr>
        <w:spacing w:after="40"/>
        <w:rPr>
          <w:lang w:eastAsia="ja-JP"/>
        </w:rPr>
      </w:pPr>
      <w:r>
        <w:rPr>
          <w:rFonts w:ascii="游ゴシック" w:hAnsi="游ゴシック"/>
          <w:sz w:val="19"/>
          <w:lang w:eastAsia="ja-JP"/>
        </w:rPr>
        <w:t xml:space="preserve">2. </w:t>
      </w:r>
      <w:r>
        <w:rPr>
          <w:rFonts w:ascii="游ゴシック" w:hAnsi="游ゴシック"/>
          <w:sz w:val="19"/>
          <w:lang w:eastAsia="ja-JP"/>
        </w:rPr>
        <w:t>納入期限：令和</w:t>
      </w:r>
      <w:r>
        <w:rPr>
          <w:rFonts w:ascii="游ゴシック" w:hAnsi="游ゴシック"/>
          <w:sz w:val="19"/>
          <w:lang w:eastAsia="ja-JP"/>
        </w:rPr>
        <w:t>10</w:t>
      </w:r>
      <w:r>
        <w:rPr>
          <w:rFonts w:ascii="游ゴシック" w:hAnsi="游ゴシック"/>
          <w:sz w:val="19"/>
          <w:lang w:eastAsia="ja-JP"/>
        </w:rPr>
        <w:t>年</w:t>
      </w:r>
      <w:r>
        <w:rPr>
          <w:rFonts w:ascii="游ゴシック" w:hAnsi="游ゴシック"/>
          <w:sz w:val="19"/>
          <w:lang w:eastAsia="ja-JP"/>
        </w:rPr>
        <w:t>1</w:t>
      </w:r>
      <w:r>
        <w:rPr>
          <w:rFonts w:ascii="游ゴシック" w:hAnsi="游ゴシック"/>
          <w:sz w:val="19"/>
          <w:lang w:eastAsia="ja-JP"/>
        </w:rPr>
        <w:t>月</w:t>
      </w:r>
      <w:r>
        <w:rPr>
          <w:rFonts w:ascii="游ゴシック" w:hAnsi="游ゴシック"/>
          <w:sz w:val="19"/>
          <w:lang w:eastAsia="ja-JP"/>
        </w:rPr>
        <w:t>31</w:t>
      </w:r>
      <w:r>
        <w:rPr>
          <w:rFonts w:ascii="游ゴシック" w:hAnsi="游ゴシック"/>
          <w:sz w:val="19"/>
          <w:lang w:eastAsia="ja-JP"/>
        </w:rPr>
        <w:t>日まで対応可能</w:t>
      </w:r>
    </w:p>
    <w:p w14:paraId="2697B6E7" w14:textId="77777777" w:rsidR="00B82538" w:rsidRDefault="00000000">
      <w:pPr>
        <w:spacing w:after="40"/>
        <w:rPr>
          <w:lang w:eastAsia="ja-JP"/>
        </w:rPr>
      </w:pPr>
      <w:r>
        <w:rPr>
          <w:rFonts w:ascii="游ゴシック" w:hAnsi="游ゴシック"/>
          <w:sz w:val="19"/>
          <w:lang w:eastAsia="ja-JP"/>
        </w:rPr>
        <w:t xml:space="preserve">3. </w:t>
      </w:r>
      <w:r>
        <w:rPr>
          <w:rFonts w:ascii="游ゴシック" w:hAnsi="游ゴシック"/>
          <w:sz w:val="19"/>
          <w:lang w:eastAsia="ja-JP"/>
        </w:rPr>
        <w:t>仕様書に記載された予防安全装置、非常用給電機能（</w:t>
      </w:r>
      <w:r>
        <w:rPr>
          <w:rFonts w:ascii="游ゴシック" w:hAnsi="游ゴシック"/>
          <w:sz w:val="19"/>
          <w:lang w:eastAsia="ja-JP"/>
        </w:rPr>
        <w:t>AC100V</w:t>
      </w:r>
      <w:r>
        <w:rPr>
          <w:rFonts w:ascii="游ゴシック" w:hAnsi="游ゴシック"/>
          <w:sz w:val="19"/>
          <w:lang w:eastAsia="ja-JP"/>
        </w:rPr>
        <w:t>・</w:t>
      </w:r>
      <w:r>
        <w:rPr>
          <w:rFonts w:ascii="游ゴシック" w:hAnsi="游ゴシック"/>
          <w:sz w:val="19"/>
          <w:lang w:eastAsia="ja-JP"/>
        </w:rPr>
        <w:t>1500W</w:t>
      </w:r>
      <w:r>
        <w:rPr>
          <w:rFonts w:ascii="游ゴシック" w:hAnsi="游ゴシック"/>
          <w:sz w:val="19"/>
          <w:lang w:eastAsia="ja-JP"/>
        </w:rPr>
        <w:t>）、全周囲カメラシステム等の標準・オプション装備をすべて満たしております。</w:t>
      </w:r>
    </w:p>
    <w:sectPr w:rsidR="00B82538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72127" w14:textId="77777777" w:rsidR="00E538AA" w:rsidRDefault="00E538AA" w:rsidP="00EA3DFD">
      <w:pPr>
        <w:spacing w:after="0" w:line="240" w:lineRule="auto"/>
      </w:pPr>
      <w:r>
        <w:separator/>
      </w:r>
    </w:p>
  </w:endnote>
  <w:endnote w:type="continuationSeparator" w:id="0">
    <w:p w14:paraId="670147B2" w14:textId="77777777" w:rsidR="00E538AA" w:rsidRDefault="00E538AA" w:rsidP="00EA3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0AB6F" w14:textId="77777777" w:rsidR="00E538AA" w:rsidRDefault="00E538AA" w:rsidP="00EA3DFD">
      <w:pPr>
        <w:spacing w:after="0" w:line="240" w:lineRule="auto"/>
      </w:pPr>
      <w:r>
        <w:separator/>
      </w:r>
    </w:p>
  </w:footnote>
  <w:footnote w:type="continuationSeparator" w:id="0">
    <w:p w14:paraId="4030A1C9" w14:textId="77777777" w:rsidR="00E538AA" w:rsidRDefault="00E538AA" w:rsidP="00EA3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8769895">
    <w:abstractNumId w:val="8"/>
  </w:num>
  <w:num w:numId="2" w16cid:durableId="1850875232">
    <w:abstractNumId w:val="6"/>
  </w:num>
  <w:num w:numId="3" w16cid:durableId="1678458863">
    <w:abstractNumId w:val="5"/>
  </w:num>
  <w:num w:numId="4" w16cid:durableId="1366978744">
    <w:abstractNumId w:val="4"/>
  </w:num>
  <w:num w:numId="5" w16cid:durableId="1859352360">
    <w:abstractNumId w:val="7"/>
  </w:num>
  <w:num w:numId="6" w16cid:durableId="1373575727">
    <w:abstractNumId w:val="3"/>
  </w:num>
  <w:num w:numId="7" w16cid:durableId="586498075">
    <w:abstractNumId w:val="2"/>
  </w:num>
  <w:num w:numId="8" w16cid:durableId="2059235637">
    <w:abstractNumId w:val="1"/>
  </w:num>
  <w:num w:numId="9" w16cid:durableId="116342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82538"/>
    <w:rsid w:val="00CB0664"/>
    <w:rsid w:val="00DB5CA9"/>
    <w:rsid w:val="00E538AA"/>
    <w:rsid w:val="00EA3D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9A32AC"/>
  <w14:defaultImageDpi w14:val="330"/>
  <w15:docId w15:val="{5697D167-A3BA-4AF0-8297-ECB8B0983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関谷　健司</cp:lastModifiedBy>
  <cp:revision>4</cp:revision>
  <cp:lastPrinted>2026-08-21T02:45:00Z</cp:lastPrinted>
  <dcterms:created xsi:type="dcterms:W3CDTF">2013-12-23T23:15:00Z</dcterms:created>
  <dcterms:modified xsi:type="dcterms:W3CDTF">2026-08-21T02:47:00Z</dcterms:modified>
  <cp:category/>
</cp:coreProperties>
</file>